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F74828" w14:textId="5FF6645B" w:rsidR="0065078F" w:rsidRDefault="0065078F" w:rsidP="0065078F">
      <w:pPr>
        <w:pStyle w:val="Title"/>
        <w:jc w:val="center"/>
      </w:pPr>
      <w:r>
        <w:rPr>
          <w:noProof/>
        </w:rPr>
        <w:drawing>
          <wp:inline distT="0" distB="0" distL="0" distR="0" wp14:anchorId="0A74DEEA" wp14:editId="3FFC60CA">
            <wp:extent cx="2381250" cy="1352682"/>
            <wp:effectExtent l="0" t="0" r="0" b="0"/>
            <wp:docPr id="2119594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594140" name="Picture 2119594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95864" cy="13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C54C2" w14:textId="6DB904BA" w:rsidR="005F2707" w:rsidRDefault="00FD3B16" w:rsidP="0065078F">
      <w:pPr>
        <w:pStyle w:val="Title"/>
        <w:jc w:val="center"/>
      </w:pPr>
      <w:r>
        <w:t xml:space="preserve">Tourism Impact </w:t>
      </w:r>
      <w:r w:rsidR="002376BB">
        <w:t>Emergency Services</w:t>
      </w:r>
      <w:r>
        <w:t xml:space="preserve"> (TIES)</w:t>
      </w:r>
      <w:r w:rsidR="002376BB">
        <w:t xml:space="preserve"> Grant Application</w:t>
      </w:r>
    </w:p>
    <w:p w14:paraId="16FC6CDF" w14:textId="77777777" w:rsidR="005F2707" w:rsidRDefault="002376BB">
      <w:pPr>
        <w:pStyle w:val="Heading1"/>
      </w:pPr>
      <w:r>
        <w:t>Section 1: Applicant Information</w:t>
      </w:r>
    </w:p>
    <w:p w14:paraId="6CE96B0B" w14:textId="750A67BD" w:rsidR="005F2707" w:rsidRDefault="002376BB">
      <w:r>
        <w:t>Agency Name: ________________________________________</w:t>
      </w:r>
      <w:r w:rsidR="00FD3B16">
        <w:t>_______________________________________________</w:t>
      </w:r>
      <w:r>
        <w:t>_</w:t>
      </w:r>
    </w:p>
    <w:p w14:paraId="51BC8280" w14:textId="57ADD45D" w:rsidR="005F2707" w:rsidRDefault="002376BB">
      <w:r>
        <w:t>Contact Name &amp; Title: _____________________________</w:t>
      </w:r>
      <w:r w:rsidR="00FD3B16">
        <w:t>_______________________________________________</w:t>
      </w:r>
      <w:r>
        <w:t>____</w:t>
      </w:r>
    </w:p>
    <w:p w14:paraId="47E74BEE" w14:textId="37FC6B9A" w:rsidR="005F2707" w:rsidRDefault="002376BB">
      <w:r>
        <w:t>Phone: _____</w:t>
      </w:r>
      <w:r w:rsidR="00FD3B16">
        <w:t>______________________</w:t>
      </w:r>
      <w:r>
        <w:t>__________</w:t>
      </w:r>
      <w:proofErr w:type="gramStart"/>
      <w:r>
        <w:t>_  Email</w:t>
      </w:r>
      <w:proofErr w:type="gramEnd"/>
      <w:r>
        <w:t>: _</w:t>
      </w:r>
      <w:r w:rsidR="00FD3B16">
        <w:t>_____________________________</w:t>
      </w:r>
      <w:r>
        <w:t>____________________</w:t>
      </w:r>
    </w:p>
    <w:p w14:paraId="0F58C4BA" w14:textId="6A8D9599" w:rsidR="005F2707" w:rsidRDefault="002376BB">
      <w:r>
        <w:t>Mailing Address: ______</w:t>
      </w:r>
      <w:r w:rsidR="00FD3B16">
        <w:t>________________________________________________</w:t>
      </w:r>
      <w:r>
        <w:t>________________________________</w:t>
      </w:r>
    </w:p>
    <w:p w14:paraId="5B7FD030" w14:textId="77777777" w:rsidR="005F2707" w:rsidRDefault="002376BB">
      <w:pPr>
        <w:pStyle w:val="Heading1"/>
      </w:pPr>
      <w:r>
        <w:t>Section 2: Project Summary</w:t>
      </w:r>
    </w:p>
    <w:p w14:paraId="51629941" w14:textId="5CD3FA9A" w:rsidR="005F2707" w:rsidRDefault="00FD3B16">
      <w:r>
        <w:t>Purpose of Grant</w:t>
      </w:r>
      <w:r w:rsidR="002376BB">
        <w:t>: ________</w:t>
      </w:r>
      <w:r>
        <w:t>___________________________________________</w:t>
      </w:r>
      <w:r w:rsidR="002376BB">
        <w:t>__________________________________</w:t>
      </w:r>
    </w:p>
    <w:p w14:paraId="4E9E27F5" w14:textId="68A3C6BE" w:rsidR="005F2707" w:rsidRDefault="002376BB">
      <w:r>
        <w:t>Grant Amount Requested: $_______</w:t>
      </w:r>
      <w:r w:rsidR="00FD3B16">
        <w:t>________________________</w:t>
      </w:r>
      <w:r>
        <w:t>_____</w:t>
      </w:r>
      <w:r w:rsidR="00FD3B16">
        <w:t>______________________</w:t>
      </w:r>
      <w:r>
        <w:t>________________</w:t>
      </w:r>
    </w:p>
    <w:p w14:paraId="246FB793" w14:textId="4EBDE958" w:rsidR="005F2707" w:rsidRDefault="002376BB">
      <w:r>
        <w:t>Total Project Cost (if different): $________</w:t>
      </w:r>
      <w:r w:rsidR="00FD3B16">
        <w:t>_____________________________________________</w:t>
      </w:r>
      <w:r>
        <w:t>_______________</w:t>
      </w:r>
    </w:p>
    <w:p w14:paraId="6CE24682" w14:textId="165C4A9D" w:rsidR="005F2707" w:rsidRDefault="002376BB">
      <w:r>
        <w:t>Project Start Date: ____</w:t>
      </w:r>
      <w:r w:rsidR="00FD3B16">
        <w:t>_________________</w:t>
      </w:r>
      <w:r>
        <w:t>______</w:t>
      </w:r>
      <w:proofErr w:type="gramStart"/>
      <w:r>
        <w:t>_</w:t>
      </w:r>
      <w:r w:rsidR="00FD3B16">
        <w:t xml:space="preserve"> </w:t>
      </w:r>
      <w:r>
        <w:t xml:space="preserve"> End</w:t>
      </w:r>
      <w:proofErr w:type="gramEnd"/>
      <w:r>
        <w:t xml:space="preserve"> Date: _________</w:t>
      </w:r>
      <w:r w:rsidR="00FD3B16">
        <w:t>___________________________</w:t>
      </w:r>
      <w:r>
        <w:t>_______</w:t>
      </w:r>
    </w:p>
    <w:p w14:paraId="3FB7EDB3" w14:textId="77777777" w:rsidR="005F2707" w:rsidRDefault="002376BB">
      <w:pPr>
        <w:pStyle w:val="Heading1"/>
      </w:pPr>
      <w:r>
        <w:t>Section 3: Tourism Impact</w:t>
      </w:r>
    </w:p>
    <w:p w14:paraId="0E26CB44" w14:textId="77777777" w:rsidR="005F2707" w:rsidRDefault="002376BB">
      <w:r>
        <w:t>Describe how tourism impacts your emergency service operations (e.g., % call increase, common visitor incidents):</w:t>
      </w:r>
    </w:p>
    <w:p w14:paraId="01509E03" w14:textId="77777777" w:rsidR="005F2707" w:rsidRDefault="002376BB">
      <w:r>
        <w:br/>
      </w:r>
      <w:r>
        <w:br/>
      </w:r>
      <w:r>
        <w:br/>
      </w:r>
    </w:p>
    <w:p w14:paraId="0CCA964F" w14:textId="77777777" w:rsidR="005F2707" w:rsidRDefault="002376BB">
      <w:r>
        <w:t>Provide relevant data or seasonal comparisons:</w:t>
      </w:r>
    </w:p>
    <w:p w14:paraId="52F51789" w14:textId="77777777" w:rsidR="005F2707" w:rsidRDefault="002376BB">
      <w:r>
        <w:br/>
      </w:r>
      <w:r>
        <w:br/>
      </w:r>
    </w:p>
    <w:p w14:paraId="1F94C903" w14:textId="77777777" w:rsidR="005F2707" w:rsidRDefault="002376BB">
      <w:pPr>
        <w:pStyle w:val="Heading1"/>
      </w:pPr>
      <w:r>
        <w:lastRenderedPageBreak/>
        <w:t>Section 4: Statement of Need</w:t>
      </w:r>
    </w:p>
    <w:p w14:paraId="29F038FB" w14:textId="77777777" w:rsidR="005F2707" w:rsidRDefault="002376BB">
      <w:r>
        <w:t>Describe the problem or gap this project will address:</w:t>
      </w:r>
    </w:p>
    <w:p w14:paraId="7FC6B432" w14:textId="77777777" w:rsidR="005F2707" w:rsidRDefault="002376BB">
      <w:r>
        <w:br/>
      </w:r>
      <w:r>
        <w:br/>
      </w:r>
      <w:r>
        <w:br/>
      </w:r>
    </w:p>
    <w:p w14:paraId="04FBD927" w14:textId="77777777" w:rsidR="005F2707" w:rsidRDefault="002376BB">
      <w:r>
        <w:t>Is this a new issue or recurring?</w:t>
      </w:r>
    </w:p>
    <w:p w14:paraId="4CC671BA" w14:textId="77777777" w:rsidR="005F2707" w:rsidRDefault="002376BB">
      <w:r>
        <w:t>☐ New    ☐ Ongoing / Seasonal    ☐ Worsening Over Time</w:t>
      </w:r>
    </w:p>
    <w:p w14:paraId="7405CE20" w14:textId="77777777" w:rsidR="005F2707" w:rsidRDefault="002376BB">
      <w:pPr>
        <w:pStyle w:val="Heading1"/>
      </w:pPr>
      <w:r>
        <w:t>Section 5: Project Description</w:t>
      </w:r>
    </w:p>
    <w:p w14:paraId="1DC18E80" w14:textId="6DA72520" w:rsidR="005F2707" w:rsidRDefault="002376BB">
      <w:r>
        <w:t>Describe your proposed solution (equipment, training, etc.):</w:t>
      </w:r>
    </w:p>
    <w:p w14:paraId="25847521" w14:textId="77777777" w:rsidR="005F2707" w:rsidRDefault="002376BB">
      <w:r>
        <w:br/>
      </w:r>
      <w:r>
        <w:br/>
      </w:r>
      <w:r>
        <w:br/>
      </w:r>
    </w:p>
    <w:p w14:paraId="658E4868" w14:textId="77777777" w:rsidR="005F2707" w:rsidRDefault="002376BB">
      <w:r>
        <w:t>Who will implement the project?</w:t>
      </w:r>
    </w:p>
    <w:p w14:paraId="1E7C9A52" w14:textId="77777777" w:rsidR="005F2707" w:rsidRDefault="002376BB">
      <w:r>
        <w:br/>
      </w:r>
      <w:r>
        <w:br/>
      </w:r>
    </w:p>
    <w:p w14:paraId="2D38FBC8" w14:textId="77777777" w:rsidR="005F2707" w:rsidRDefault="002376BB">
      <w:r>
        <w:t>Estimated timeline and milestones:</w:t>
      </w:r>
    </w:p>
    <w:p w14:paraId="7E1FDFC6" w14:textId="77777777" w:rsidR="005F2707" w:rsidRDefault="002376BB">
      <w:r>
        <w:br/>
      </w:r>
      <w:r>
        <w:br/>
      </w:r>
    </w:p>
    <w:p w14:paraId="27D8B102" w14:textId="77777777" w:rsidR="005F2707" w:rsidRDefault="002376BB">
      <w:pPr>
        <w:pStyle w:val="Heading1"/>
      </w:pPr>
      <w:r>
        <w:t>Section 6: Budget &amp; Financial Info</w:t>
      </w:r>
    </w:p>
    <w:p w14:paraId="3F0B59CA" w14:textId="77777777" w:rsidR="005F2707" w:rsidRDefault="002376BB">
      <w:r>
        <w:t>Provide a line-item budget with cost breakdowns. Attach quotes if available.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5F2707" w14:paraId="1EAB9825" w14:textId="77777777">
        <w:tc>
          <w:tcPr>
            <w:tcW w:w="2880" w:type="dxa"/>
          </w:tcPr>
          <w:p w14:paraId="31807FD6" w14:textId="77777777" w:rsidR="005F2707" w:rsidRDefault="002376BB">
            <w:r>
              <w:t>Item</w:t>
            </w:r>
          </w:p>
        </w:tc>
        <w:tc>
          <w:tcPr>
            <w:tcW w:w="2880" w:type="dxa"/>
          </w:tcPr>
          <w:p w14:paraId="29B50C56" w14:textId="77777777" w:rsidR="005F2707" w:rsidRDefault="002376BB">
            <w:r>
              <w:t>Cost</w:t>
            </w:r>
          </w:p>
        </w:tc>
        <w:tc>
          <w:tcPr>
            <w:tcW w:w="2880" w:type="dxa"/>
          </w:tcPr>
          <w:p w14:paraId="21A6FFAF" w14:textId="77777777" w:rsidR="005F2707" w:rsidRDefault="002376BB">
            <w:r>
              <w:t>Funding Source (if partial)</w:t>
            </w:r>
          </w:p>
        </w:tc>
      </w:tr>
      <w:tr w:rsidR="005F2707" w14:paraId="3D55002A" w14:textId="77777777">
        <w:tc>
          <w:tcPr>
            <w:tcW w:w="2880" w:type="dxa"/>
          </w:tcPr>
          <w:p w14:paraId="37F8866E" w14:textId="77777777" w:rsidR="005F2707" w:rsidRDefault="005F2707"/>
        </w:tc>
        <w:tc>
          <w:tcPr>
            <w:tcW w:w="2880" w:type="dxa"/>
          </w:tcPr>
          <w:p w14:paraId="5449EC46" w14:textId="77777777" w:rsidR="005F2707" w:rsidRDefault="005F2707"/>
        </w:tc>
        <w:tc>
          <w:tcPr>
            <w:tcW w:w="2880" w:type="dxa"/>
          </w:tcPr>
          <w:p w14:paraId="32FA09C1" w14:textId="77777777" w:rsidR="005F2707" w:rsidRDefault="005F2707"/>
        </w:tc>
      </w:tr>
      <w:tr w:rsidR="005F2707" w14:paraId="68315244" w14:textId="77777777">
        <w:tc>
          <w:tcPr>
            <w:tcW w:w="2880" w:type="dxa"/>
          </w:tcPr>
          <w:p w14:paraId="00F416F1" w14:textId="77777777" w:rsidR="005F2707" w:rsidRDefault="005F2707"/>
        </w:tc>
        <w:tc>
          <w:tcPr>
            <w:tcW w:w="2880" w:type="dxa"/>
          </w:tcPr>
          <w:p w14:paraId="2F20BA33" w14:textId="77777777" w:rsidR="005F2707" w:rsidRDefault="005F2707"/>
        </w:tc>
        <w:tc>
          <w:tcPr>
            <w:tcW w:w="2880" w:type="dxa"/>
          </w:tcPr>
          <w:p w14:paraId="1593F52C" w14:textId="77777777" w:rsidR="005F2707" w:rsidRDefault="005F2707"/>
        </w:tc>
      </w:tr>
      <w:tr w:rsidR="005F2707" w14:paraId="2AA53330" w14:textId="77777777">
        <w:tc>
          <w:tcPr>
            <w:tcW w:w="2880" w:type="dxa"/>
          </w:tcPr>
          <w:p w14:paraId="472DE284" w14:textId="77777777" w:rsidR="005F2707" w:rsidRDefault="005F2707"/>
        </w:tc>
        <w:tc>
          <w:tcPr>
            <w:tcW w:w="2880" w:type="dxa"/>
          </w:tcPr>
          <w:p w14:paraId="4657C203" w14:textId="77777777" w:rsidR="005F2707" w:rsidRDefault="005F2707"/>
        </w:tc>
        <w:tc>
          <w:tcPr>
            <w:tcW w:w="2880" w:type="dxa"/>
          </w:tcPr>
          <w:p w14:paraId="2FBAC1AF" w14:textId="77777777" w:rsidR="005F2707" w:rsidRDefault="005F2707"/>
        </w:tc>
      </w:tr>
    </w:tbl>
    <w:p w14:paraId="1EA97F66" w14:textId="77777777" w:rsidR="005F2707" w:rsidRDefault="002376BB">
      <w:r>
        <w:t>Will your agency contribute matching funds or in-kind support?</w:t>
      </w:r>
    </w:p>
    <w:p w14:paraId="6789200E" w14:textId="61342B82" w:rsidR="005F2707" w:rsidRDefault="002376BB">
      <w:bookmarkStart w:id="0" w:name="_Hlk203651357"/>
      <w:r>
        <w:t>☐ Yes – Describe: _______</w:t>
      </w:r>
      <w:r w:rsidR="00FD3B16">
        <w:t>_______________________________________________________</w:t>
      </w:r>
      <w:r>
        <w:t xml:space="preserve">___________________    </w:t>
      </w:r>
      <w:bookmarkEnd w:id="0"/>
      <w:r>
        <w:t>☐ No</w:t>
      </w:r>
    </w:p>
    <w:p w14:paraId="3048BD82" w14:textId="77777777" w:rsidR="00FD3B16" w:rsidRDefault="00FD3B16"/>
    <w:p w14:paraId="60EF50E8" w14:textId="4CAFA248" w:rsidR="00FD3B16" w:rsidRDefault="00FD3B16">
      <w:r>
        <w:lastRenderedPageBreak/>
        <w:t>Is your Agency receiving funding from one or more townships in exchange for services provided by your Agency?</w:t>
      </w:r>
    </w:p>
    <w:p w14:paraId="47EE569D" w14:textId="4A9F21E0" w:rsidR="00FD3B16" w:rsidRDefault="00FD3B16">
      <w:r>
        <w:t xml:space="preserve">☐ Yes – List Townships: _____________________________________________________________________________    </w:t>
      </w:r>
    </w:p>
    <w:p w14:paraId="0F7DFF07" w14:textId="5CBF29EE" w:rsidR="00FD3B16" w:rsidRDefault="00FD3B16">
      <w:r>
        <w:tab/>
      </w:r>
      <w:r>
        <w:tab/>
      </w:r>
      <w:r>
        <w:tab/>
        <w:t>_______________________________________________________________________________</w:t>
      </w:r>
    </w:p>
    <w:p w14:paraId="390B87E3" w14:textId="27291A6D" w:rsidR="00FD3B16" w:rsidRDefault="00FD3B16">
      <w:r>
        <w:tab/>
      </w:r>
      <w:r>
        <w:tab/>
      </w:r>
      <w:r>
        <w:tab/>
        <w:t>_______________________________________________________________________________</w:t>
      </w:r>
    </w:p>
    <w:p w14:paraId="327B9CD2" w14:textId="36305842" w:rsidR="00FD3B16" w:rsidRDefault="00FD3B16">
      <w:r>
        <w:tab/>
        <w:t xml:space="preserve"> List Services: ________________________________________________________________________________</w:t>
      </w:r>
    </w:p>
    <w:p w14:paraId="2AC42D5D" w14:textId="77777777" w:rsidR="00FD3B16" w:rsidRDefault="00FD3B16">
      <w:r>
        <w:tab/>
      </w:r>
      <w:r>
        <w:tab/>
        <w:t xml:space="preserve">            _________________________________________________________________________________</w:t>
      </w:r>
    </w:p>
    <w:p w14:paraId="3D630BDD" w14:textId="6D8A4C42" w:rsidR="00412061" w:rsidRDefault="00412061">
      <w:r>
        <w:tab/>
      </w:r>
      <w:r>
        <w:tab/>
        <w:t xml:space="preserve">            _________________________________________________________________________________</w:t>
      </w:r>
    </w:p>
    <w:p w14:paraId="4ED794D6" w14:textId="655664AF" w:rsidR="00412061" w:rsidRDefault="00412061">
      <w:r>
        <w:tab/>
        <w:t>List Amount received from each Township:</w:t>
      </w:r>
    </w:p>
    <w:p w14:paraId="3A5BB896" w14:textId="68068958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0CC6F8A0" w14:textId="5239283D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4E7CE74D" w14:textId="43FFED37" w:rsidR="00412061" w:rsidRDefault="00412061">
      <w:r>
        <w:tab/>
      </w:r>
      <w:r>
        <w:tab/>
        <w:t xml:space="preserve">             _________________________________________________________________________________</w:t>
      </w:r>
    </w:p>
    <w:p w14:paraId="05DA1F2C" w14:textId="424EDE2A" w:rsidR="00FD3B16" w:rsidRDefault="00FD3B16">
      <w:r>
        <w:t>☐ No</w:t>
      </w:r>
      <w:r>
        <w:tab/>
      </w:r>
    </w:p>
    <w:p w14:paraId="129F952D" w14:textId="77777777" w:rsidR="005F2707" w:rsidRDefault="002376BB">
      <w:pPr>
        <w:pStyle w:val="Heading1"/>
      </w:pPr>
      <w:r>
        <w:t>Section 7: Sustainability</w:t>
      </w:r>
    </w:p>
    <w:p w14:paraId="0F2A9BE5" w14:textId="77777777" w:rsidR="005F2707" w:rsidRDefault="002376BB">
      <w:r>
        <w:t>How will this project benefit your agency and visitors long-term?</w:t>
      </w:r>
    </w:p>
    <w:p w14:paraId="70AB4AAC" w14:textId="77777777" w:rsidR="005F2707" w:rsidRDefault="002376BB">
      <w:r>
        <w:br/>
      </w:r>
      <w:r>
        <w:br/>
      </w:r>
      <w:r>
        <w:br/>
      </w:r>
    </w:p>
    <w:p w14:paraId="765CA84F" w14:textId="77777777" w:rsidR="005F2707" w:rsidRDefault="002376BB">
      <w:r>
        <w:t>What maintenance, training, or follow-up is planned?</w:t>
      </w:r>
    </w:p>
    <w:p w14:paraId="5BB1DA68" w14:textId="77777777" w:rsidR="005F2707" w:rsidRDefault="002376BB">
      <w:r>
        <w:br/>
      </w:r>
      <w:r>
        <w:br/>
      </w:r>
    </w:p>
    <w:p w14:paraId="51149D6C" w14:textId="77777777" w:rsidR="005F2707" w:rsidRDefault="002376BB">
      <w:pPr>
        <w:pStyle w:val="Heading1"/>
      </w:pPr>
      <w:r>
        <w:t>Section 8: Additional Information (Optional)</w:t>
      </w:r>
    </w:p>
    <w:p w14:paraId="1EE829AE" w14:textId="77777777" w:rsidR="005F2707" w:rsidRDefault="002376BB">
      <w:r>
        <w:t>Is your agency collaborating with others on this project?</w:t>
      </w:r>
    </w:p>
    <w:p w14:paraId="4B93ABD6" w14:textId="77777777" w:rsidR="005F2707" w:rsidRDefault="002376BB">
      <w:r>
        <w:t>☐ Yes – List partners: ___________________________    ☐ No</w:t>
      </w:r>
    </w:p>
    <w:p w14:paraId="7B341059" w14:textId="77777777" w:rsidR="005F2707" w:rsidRDefault="002376BB">
      <w:r>
        <w:t>Prior grant funding received from this program:</w:t>
      </w:r>
    </w:p>
    <w:p w14:paraId="17641DD8" w14:textId="77777777" w:rsidR="005F2707" w:rsidRDefault="002376BB">
      <w:r>
        <w:t>☐ None    ☐ Year: ________  Project: ________________________</w:t>
      </w:r>
    </w:p>
    <w:p w14:paraId="76D9B684" w14:textId="77777777" w:rsidR="005F2707" w:rsidRDefault="002376BB">
      <w:pPr>
        <w:pStyle w:val="Heading2"/>
      </w:pPr>
      <w:r>
        <w:t>Attachments Required:</w:t>
      </w:r>
    </w:p>
    <w:p w14:paraId="193BD7FF" w14:textId="77777777" w:rsidR="005F2707" w:rsidRDefault="002376BB">
      <w:r>
        <w:t>- Budget or price quote(s)</w:t>
      </w:r>
    </w:p>
    <w:p w14:paraId="27DA16CC" w14:textId="77777777" w:rsidR="005F2707" w:rsidRDefault="002376BB">
      <w:r>
        <w:lastRenderedPageBreak/>
        <w:t>- Call volume data (seasonal if available)</w:t>
      </w:r>
    </w:p>
    <w:p w14:paraId="74A95CAF" w14:textId="77777777" w:rsidR="005F2707" w:rsidRDefault="002376BB">
      <w:r>
        <w:t>- Letters of support (if applicable)</w:t>
      </w:r>
    </w:p>
    <w:sectPr w:rsidR="005F2707" w:rsidSect="0065078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36C60" w14:textId="77777777" w:rsidR="002376BB" w:rsidRDefault="002376BB" w:rsidP="002376BB">
      <w:pPr>
        <w:spacing w:after="0" w:line="240" w:lineRule="auto"/>
      </w:pPr>
      <w:r>
        <w:separator/>
      </w:r>
    </w:p>
  </w:endnote>
  <w:endnote w:type="continuationSeparator" w:id="0">
    <w:p w14:paraId="0BE200A7" w14:textId="77777777" w:rsidR="002376BB" w:rsidRDefault="002376BB" w:rsidP="002376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96EF1" w14:textId="77777777" w:rsidR="002376BB" w:rsidRDefault="002376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B8892" w14:textId="77777777" w:rsidR="002376BB" w:rsidRDefault="002376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BA904" w14:textId="77777777" w:rsidR="002376BB" w:rsidRDefault="002376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FCA59" w14:textId="77777777" w:rsidR="002376BB" w:rsidRDefault="002376BB" w:rsidP="002376BB">
      <w:pPr>
        <w:spacing w:after="0" w:line="240" w:lineRule="auto"/>
      </w:pPr>
      <w:r>
        <w:separator/>
      </w:r>
    </w:p>
  </w:footnote>
  <w:footnote w:type="continuationSeparator" w:id="0">
    <w:p w14:paraId="48C7A337" w14:textId="77777777" w:rsidR="002376BB" w:rsidRDefault="002376BB" w:rsidP="002376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792EC" w14:textId="3B24AE87" w:rsidR="002376BB" w:rsidRDefault="00412061">
    <w:pPr>
      <w:pStyle w:val="Header"/>
    </w:pPr>
    <w:r>
      <w:rPr>
        <w:noProof/>
      </w:rPr>
      <w:pict w14:anchorId="68485D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4" o:spid="_x0000_s2050" type="#_x0000_t136" style="position:absolute;margin-left:0;margin-top:0;width:548.2pt;height:60.9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1286" w14:textId="7288BBFF" w:rsidR="002376BB" w:rsidRDefault="00412061">
    <w:pPr>
      <w:pStyle w:val="Header"/>
    </w:pPr>
    <w:r>
      <w:rPr>
        <w:noProof/>
      </w:rPr>
      <w:pict w14:anchorId="6F462F1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5" o:spid="_x0000_s2051" type="#_x0000_t136" style="position:absolute;margin-left:0;margin-top:0;width:548.2pt;height:60.9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27C1" w14:textId="582B97F3" w:rsidR="002376BB" w:rsidRDefault="00412061">
    <w:pPr>
      <w:pStyle w:val="Header"/>
    </w:pPr>
    <w:r>
      <w:rPr>
        <w:noProof/>
      </w:rPr>
      <w:pict w14:anchorId="0B8DC0D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68817343" o:spid="_x0000_s2049" type="#_x0000_t136" style="position:absolute;margin-left:0;margin-top:0;width:548.2pt;height:60.9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mbria&quot;;font-size:1pt" string="DRAFT/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55579005">
    <w:abstractNumId w:val="8"/>
  </w:num>
  <w:num w:numId="2" w16cid:durableId="1497839222">
    <w:abstractNumId w:val="6"/>
  </w:num>
  <w:num w:numId="3" w16cid:durableId="2084714693">
    <w:abstractNumId w:val="5"/>
  </w:num>
  <w:num w:numId="4" w16cid:durableId="1355424572">
    <w:abstractNumId w:val="4"/>
  </w:num>
  <w:num w:numId="5" w16cid:durableId="1696033944">
    <w:abstractNumId w:val="7"/>
  </w:num>
  <w:num w:numId="6" w16cid:durableId="688066630">
    <w:abstractNumId w:val="3"/>
  </w:num>
  <w:num w:numId="7" w16cid:durableId="1406759806">
    <w:abstractNumId w:val="2"/>
  </w:num>
  <w:num w:numId="8" w16cid:durableId="844780685">
    <w:abstractNumId w:val="1"/>
  </w:num>
  <w:num w:numId="9" w16cid:durableId="1028068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86722"/>
    <w:rsid w:val="0015074B"/>
    <w:rsid w:val="00162AF5"/>
    <w:rsid w:val="002376BB"/>
    <w:rsid w:val="0029639D"/>
    <w:rsid w:val="00326F90"/>
    <w:rsid w:val="00412061"/>
    <w:rsid w:val="005F2707"/>
    <w:rsid w:val="0065078F"/>
    <w:rsid w:val="007E3430"/>
    <w:rsid w:val="008D19AE"/>
    <w:rsid w:val="00AA1D8D"/>
    <w:rsid w:val="00B47730"/>
    <w:rsid w:val="00CB0664"/>
    <w:rsid w:val="00FC693F"/>
    <w:rsid w:val="00F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613614A9"/>
  <w14:defaultImageDpi w14:val="300"/>
  <w15:docId w15:val="{9474E5D8-5099-45F8-89FD-4090DA7D8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505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karen raymore</cp:lastModifiedBy>
  <cp:revision>2</cp:revision>
  <dcterms:created xsi:type="dcterms:W3CDTF">2025-07-29T17:59:00Z</dcterms:created>
  <dcterms:modified xsi:type="dcterms:W3CDTF">2025-07-29T17:59:00Z</dcterms:modified>
  <cp:category/>
</cp:coreProperties>
</file>