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4828" w14:textId="5FF6645B" w:rsidR="0065078F" w:rsidRDefault="0065078F" w:rsidP="0065078F">
      <w:pPr>
        <w:pStyle w:val="Title"/>
        <w:jc w:val="center"/>
      </w:pPr>
      <w:r>
        <w:rPr>
          <w:noProof/>
        </w:rPr>
        <w:drawing>
          <wp:inline distT="0" distB="0" distL="0" distR="0" wp14:anchorId="0A74DEEA" wp14:editId="3FFC60CA">
            <wp:extent cx="2381250" cy="1352682"/>
            <wp:effectExtent l="0" t="0" r="0" b="0"/>
            <wp:docPr id="211959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140" name="Picture 2119594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864" cy="13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54C2" w14:textId="5D6BACC2" w:rsidR="005F2707" w:rsidRDefault="00FD3B16" w:rsidP="0065078F">
      <w:pPr>
        <w:pStyle w:val="Title"/>
        <w:jc w:val="center"/>
      </w:pPr>
      <w:r>
        <w:t xml:space="preserve">Tourism Impact </w:t>
      </w:r>
      <w:r w:rsidR="002376BB">
        <w:t>Emergency Services</w:t>
      </w:r>
      <w:r>
        <w:t xml:space="preserve"> (TIES)</w:t>
      </w:r>
      <w:r w:rsidR="002376BB">
        <w:t xml:space="preserve"> </w:t>
      </w:r>
      <w:r w:rsidR="006D7EA9">
        <w:t>Progress Report</w:t>
      </w:r>
    </w:p>
    <w:p w14:paraId="16FC6CDF" w14:textId="77777777" w:rsidR="005F2707" w:rsidRDefault="002376BB">
      <w:pPr>
        <w:pStyle w:val="Heading1"/>
      </w:pPr>
      <w:r>
        <w:t>Section 1: Applicant Information</w:t>
      </w:r>
    </w:p>
    <w:p w14:paraId="6CE96B0B" w14:textId="750A67BD" w:rsidR="005F2707" w:rsidRDefault="002376BB">
      <w:r>
        <w:t>Agency Name: ________________________________________</w:t>
      </w:r>
      <w:r w:rsidR="00FD3B16">
        <w:t>_______________________________________________</w:t>
      </w:r>
      <w:r>
        <w:t>_</w:t>
      </w:r>
    </w:p>
    <w:p w14:paraId="51BC8280" w14:textId="57ADD45D" w:rsidR="005F2707" w:rsidRDefault="002376BB">
      <w:r>
        <w:t>Contact Name &amp; Title: _____________________________</w:t>
      </w:r>
      <w:r w:rsidR="00FD3B16">
        <w:t>_______________________________________________</w:t>
      </w:r>
      <w:r>
        <w:t>____</w:t>
      </w:r>
    </w:p>
    <w:p w14:paraId="47E74BEE" w14:textId="37FC6B9A" w:rsidR="005F2707" w:rsidRDefault="002376BB">
      <w:r>
        <w:t>Phone: _____</w:t>
      </w:r>
      <w:r w:rsidR="00FD3B16">
        <w:t>______________________</w:t>
      </w:r>
      <w:r>
        <w:t>__________</w:t>
      </w:r>
      <w:proofErr w:type="gramStart"/>
      <w:r>
        <w:t>_  Email</w:t>
      </w:r>
      <w:proofErr w:type="gramEnd"/>
      <w:r>
        <w:t>: _</w:t>
      </w:r>
      <w:r w:rsidR="00FD3B16">
        <w:t>_____________________________</w:t>
      </w:r>
      <w:r>
        <w:t>____________________</w:t>
      </w:r>
    </w:p>
    <w:p w14:paraId="0F58C4BA" w14:textId="6A8D9599" w:rsidR="005F2707" w:rsidRDefault="002376BB">
      <w:r>
        <w:t>Mailing Address: ______</w:t>
      </w:r>
      <w:r w:rsidR="00FD3B16">
        <w:t>________________________________________________</w:t>
      </w:r>
      <w:r>
        <w:t>________________________________</w:t>
      </w:r>
    </w:p>
    <w:p w14:paraId="5B7FD030" w14:textId="77777777" w:rsidR="005F2707" w:rsidRDefault="002376BB">
      <w:pPr>
        <w:pStyle w:val="Heading1"/>
      </w:pPr>
      <w:r>
        <w:t>Section 2: Project Summary</w:t>
      </w:r>
    </w:p>
    <w:p w14:paraId="51629941" w14:textId="5CD3FA9A" w:rsidR="005F2707" w:rsidRDefault="00FD3B16">
      <w:r>
        <w:t>Purpose of Grant</w:t>
      </w:r>
      <w:r w:rsidR="002376BB">
        <w:t>: ________</w:t>
      </w:r>
      <w:r>
        <w:t>___________________________________________</w:t>
      </w:r>
      <w:r w:rsidR="002376BB">
        <w:t>__________________________________</w:t>
      </w:r>
    </w:p>
    <w:p w14:paraId="4E9E27F5" w14:textId="7C43BE4A" w:rsidR="005F2707" w:rsidRDefault="006D7EA9">
      <w:r>
        <w:t>Amount of Grant</w:t>
      </w:r>
      <w:r w:rsidR="002376BB">
        <w:t>: $_______</w:t>
      </w:r>
      <w:r w:rsidR="00FD3B16">
        <w:t>________________________</w:t>
      </w:r>
      <w:r w:rsidR="002376BB">
        <w:t>_____</w:t>
      </w:r>
      <w:r w:rsidR="00FD3B16">
        <w:t>______________________</w:t>
      </w:r>
      <w:r w:rsidR="002376BB">
        <w:t>________________</w:t>
      </w:r>
    </w:p>
    <w:p w14:paraId="246FB793" w14:textId="4EBDE958" w:rsidR="005F2707" w:rsidRDefault="002376BB">
      <w:r>
        <w:t>Total Project Cost (if different): $________</w:t>
      </w:r>
      <w:r w:rsidR="00FD3B16">
        <w:t>_____________________________________________</w:t>
      </w:r>
      <w:r>
        <w:t>_______________</w:t>
      </w:r>
    </w:p>
    <w:p w14:paraId="6CE24682" w14:textId="2C538613" w:rsidR="005F2707" w:rsidRDefault="006D7EA9">
      <w:r>
        <w:t>Project status:</w:t>
      </w:r>
    </w:p>
    <w:p w14:paraId="3380C514" w14:textId="3B68E02B" w:rsidR="006D7EA9" w:rsidRDefault="006D7EA9" w:rsidP="006D7EA9">
      <w:pPr>
        <w:pStyle w:val="ListParagraph"/>
        <w:numPr>
          <w:ilvl w:val="0"/>
          <w:numId w:val="10"/>
        </w:numPr>
      </w:pPr>
      <w:r>
        <w:t>Completed</w:t>
      </w:r>
    </w:p>
    <w:p w14:paraId="7EEC9734" w14:textId="3F023E76" w:rsidR="006D7EA9" w:rsidRDefault="006D7EA9" w:rsidP="006D7EA9">
      <w:pPr>
        <w:pStyle w:val="ListParagraph"/>
        <w:numPr>
          <w:ilvl w:val="0"/>
          <w:numId w:val="10"/>
        </w:numPr>
      </w:pPr>
      <w:r>
        <w:t>Incomplete</w:t>
      </w:r>
    </w:p>
    <w:p w14:paraId="5CCA8C06" w14:textId="14466766" w:rsidR="006D7EA9" w:rsidRDefault="006D7EA9" w:rsidP="006D7EA9">
      <w:pPr>
        <w:pStyle w:val="ListParagraph"/>
        <w:numPr>
          <w:ilvl w:val="0"/>
          <w:numId w:val="10"/>
        </w:numPr>
      </w:pPr>
      <w:r>
        <w:t xml:space="preserve">Projected Completion </w:t>
      </w:r>
      <w:proofErr w:type="gramStart"/>
      <w:r>
        <w:t>Date:_</w:t>
      </w:r>
      <w:proofErr w:type="gramEnd"/>
      <w:r>
        <w:t>__________________________________________________</w:t>
      </w:r>
    </w:p>
    <w:p w14:paraId="5E276E7C" w14:textId="77777777" w:rsidR="006D7EA9" w:rsidRDefault="006D7EA9" w:rsidP="006D7EA9"/>
    <w:p w14:paraId="549825EB" w14:textId="7E2D82C8" w:rsidR="006D7EA9" w:rsidRDefault="006D7EA9" w:rsidP="006D7EA9">
      <w:r>
        <w:t>Submitted by:</w:t>
      </w:r>
    </w:p>
    <w:p w14:paraId="01DC246E" w14:textId="77777777" w:rsidR="006D7EA9" w:rsidRDefault="006D7EA9" w:rsidP="006D7EA9"/>
    <w:p w14:paraId="23518387" w14:textId="51F5AE24" w:rsidR="006D7EA9" w:rsidRDefault="006D7EA9" w:rsidP="006D7EA9">
      <w:pPr>
        <w:spacing w:after="0"/>
      </w:pPr>
      <w:r>
        <w:t>_______________________________________________________________</w:t>
      </w:r>
      <w:r>
        <w:tab/>
        <w:t>__________________________________________</w:t>
      </w:r>
    </w:p>
    <w:p w14:paraId="31F03D99" w14:textId="398170C0" w:rsidR="006D7EA9" w:rsidRDefault="006D7EA9" w:rsidP="006D7EA9">
      <w:pPr>
        <w:spacing w:after="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6964711C" w14:textId="77777777" w:rsidR="006D7EA9" w:rsidRDefault="006D7EA9" w:rsidP="006D7EA9">
      <w:pPr>
        <w:spacing w:after="0"/>
      </w:pPr>
    </w:p>
    <w:p w14:paraId="2F672D38" w14:textId="77777777" w:rsidR="006D7EA9" w:rsidRDefault="006D7EA9" w:rsidP="006D7EA9">
      <w:pPr>
        <w:spacing w:after="0"/>
      </w:pPr>
    </w:p>
    <w:p w14:paraId="0DBF7455" w14:textId="32CB4304" w:rsidR="006D7EA9" w:rsidRDefault="006D7EA9" w:rsidP="006D7EA9">
      <w:pPr>
        <w:spacing w:after="0"/>
      </w:pPr>
      <w:r>
        <w:t>________________________________________________________________</w:t>
      </w:r>
    </w:p>
    <w:p w14:paraId="5B9D221E" w14:textId="020B8948" w:rsidR="006D7EA9" w:rsidRDefault="006D7EA9" w:rsidP="006D7EA9">
      <w:pPr>
        <w:spacing w:after="0"/>
      </w:pPr>
      <w:r>
        <w:t>Print name</w:t>
      </w:r>
    </w:p>
    <w:sectPr w:rsidR="006D7EA9" w:rsidSect="00650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36C60" w14:textId="77777777" w:rsidR="002376BB" w:rsidRDefault="002376BB" w:rsidP="002376BB">
      <w:pPr>
        <w:spacing w:after="0" w:line="240" w:lineRule="auto"/>
      </w:pPr>
      <w:r>
        <w:separator/>
      </w:r>
    </w:p>
  </w:endnote>
  <w:endnote w:type="continuationSeparator" w:id="0">
    <w:p w14:paraId="0BE200A7" w14:textId="77777777" w:rsidR="002376BB" w:rsidRDefault="002376BB" w:rsidP="0023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6EF1" w14:textId="77777777" w:rsidR="002376BB" w:rsidRDefault="002376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8892" w14:textId="77777777" w:rsidR="002376BB" w:rsidRDefault="002376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A904" w14:textId="77777777" w:rsidR="002376BB" w:rsidRDefault="00237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FCA59" w14:textId="77777777" w:rsidR="002376BB" w:rsidRDefault="002376BB" w:rsidP="002376BB">
      <w:pPr>
        <w:spacing w:after="0" w:line="240" w:lineRule="auto"/>
      </w:pPr>
      <w:r>
        <w:separator/>
      </w:r>
    </w:p>
  </w:footnote>
  <w:footnote w:type="continuationSeparator" w:id="0">
    <w:p w14:paraId="48C7A337" w14:textId="77777777" w:rsidR="002376BB" w:rsidRDefault="002376BB" w:rsidP="0023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92EC" w14:textId="3B24AE87" w:rsidR="002376BB" w:rsidRDefault="006D7EA9">
    <w:pPr>
      <w:pStyle w:val="Header"/>
    </w:pPr>
    <w:r>
      <w:rPr>
        <w:noProof/>
      </w:rPr>
      <w:pict w14:anchorId="68485D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4" o:spid="_x0000_s2050" type="#_x0000_t136" style="position:absolute;margin-left:0;margin-top:0;width:548.2pt;height:60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1286" w14:textId="7288BBFF" w:rsidR="002376BB" w:rsidRDefault="006D7EA9">
    <w:pPr>
      <w:pStyle w:val="Header"/>
    </w:pPr>
    <w:r>
      <w:rPr>
        <w:noProof/>
      </w:rPr>
      <w:pict w14:anchorId="6F462F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5" o:spid="_x0000_s2051" type="#_x0000_t136" style="position:absolute;margin-left:0;margin-top:0;width:548.2pt;height:60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27C1" w14:textId="582B97F3" w:rsidR="002376BB" w:rsidRDefault="006D7EA9">
    <w:pPr>
      <w:pStyle w:val="Header"/>
    </w:pPr>
    <w:r>
      <w:rPr>
        <w:noProof/>
      </w:rPr>
      <w:pict w14:anchorId="0B8DC0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3" o:spid="_x0000_s2049" type="#_x0000_t136" style="position:absolute;margin-left:0;margin-top:0;width:548.2pt;height:60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2623E73"/>
    <w:multiLevelType w:val="hybridMultilevel"/>
    <w:tmpl w:val="208633B6"/>
    <w:lvl w:ilvl="0" w:tplc="81C6316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579005">
    <w:abstractNumId w:val="8"/>
  </w:num>
  <w:num w:numId="2" w16cid:durableId="1497839222">
    <w:abstractNumId w:val="6"/>
  </w:num>
  <w:num w:numId="3" w16cid:durableId="2084714693">
    <w:abstractNumId w:val="5"/>
  </w:num>
  <w:num w:numId="4" w16cid:durableId="1355424572">
    <w:abstractNumId w:val="4"/>
  </w:num>
  <w:num w:numId="5" w16cid:durableId="1696033944">
    <w:abstractNumId w:val="7"/>
  </w:num>
  <w:num w:numId="6" w16cid:durableId="688066630">
    <w:abstractNumId w:val="3"/>
  </w:num>
  <w:num w:numId="7" w16cid:durableId="1406759806">
    <w:abstractNumId w:val="2"/>
  </w:num>
  <w:num w:numId="8" w16cid:durableId="844780685">
    <w:abstractNumId w:val="1"/>
  </w:num>
  <w:num w:numId="9" w16cid:durableId="1028068126">
    <w:abstractNumId w:val="0"/>
  </w:num>
  <w:num w:numId="10" w16cid:durableId="1160463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6722"/>
    <w:rsid w:val="0015074B"/>
    <w:rsid w:val="00162AF5"/>
    <w:rsid w:val="002376BB"/>
    <w:rsid w:val="0029639D"/>
    <w:rsid w:val="00326F90"/>
    <w:rsid w:val="00412061"/>
    <w:rsid w:val="005F2707"/>
    <w:rsid w:val="0065078F"/>
    <w:rsid w:val="006D7EA9"/>
    <w:rsid w:val="007E3430"/>
    <w:rsid w:val="008D19AE"/>
    <w:rsid w:val="00AA1D8D"/>
    <w:rsid w:val="00B47730"/>
    <w:rsid w:val="00CB0664"/>
    <w:rsid w:val="00FC693F"/>
    <w:rsid w:val="00F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13614A9"/>
  <w14:defaultImageDpi w14:val="300"/>
  <w15:docId w15:val="{9474E5D8-5099-45F8-89FD-4090DA7D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karen raymore</cp:lastModifiedBy>
  <cp:revision>2</cp:revision>
  <dcterms:created xsi:type="dcterms:W3CDTF">2025-07-29T18:03:00Z</dcterms:created>
  <dcterms:modified xsi:type="dcterms:W3CDTF">2025-07-29T18:03:00Z</dcterms:modified>
  <cp:category/>
</cp:coreProperties>
</file>